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D7A31" w14:textId="7D67BBCE" w:rsidR="00DC2436" w:rsidRDefault="00DC2436">
      <w:pPr>
        <w:jc w:val="center"/>
      </w:pPr>
    </w:p>
    <w:p w14:paraId="42058344" w14:textId="77777777" w:rsidR="00DC2436" w:rsidRPr="0018649A" w:rsidRDefault="00F40994">
      <w:pPr>
        <w:jc w:val="center"/>
        <w:rPr>
          <w:lang w:val="it-IT"/>
        </w:rPr>
      </w:pPr>
      <w:r w:rsidRPr="0018649A">
        <w:rPr>
          <w:b/>
          <w:color w:val="004D1A"/>
          <w:sz w:val="36"/>
          <w:lang w:val="it-IT"/>
        </w:rPr>
        <w:t>CANDIDATURA AI GRUPPI DI TERAPIA ONLINE SUL NARCISISMO</w:t>
      </w:r>
    </w:p>
    <w:p w14:paraId="68899CE5" w14:textId="77777777" w:rsidR="00DC2436" w:rsidRPr="0018649A" w:rsidRDefault="00F40994">
      <w:pPr>
        <w:jc w:val="center"/>
        <w:rPr>
          <w:lang w:val="it-IT"/>
        </w:rPr>
      </w:pPr>
      <w:r w:rsidRPr="0018649A">
        <w:rPr>
          <w:lang w:val="it-IT"/>
        </w:rPr>
        <w:t>Condotti dalla Dott.ssa Angela Todaro – Psicoterapeuta</w:t>
      </w:r>
    </w:p>
    <w:p w14:paraId="0254EB31" w14:textId="77777777" w:rsidR="00DC2436" w:rsidRPr="0018649A" w:rsidRDefault="00F40994">
      <w:pPr>
        <w:rPr>
          <w:lang w:val="it-IT"/>
        </w:rPr>
      </w:pPr>
      <w:r w:rsidRPr="0018649A">
        <w:rPr>
          <w:lang w:val="it-IT"/>
        </w:rPr>
        <w:t>Un percorso di gruppo per riconoscere le ferite, condividere la propria esperienza e rinascere.</w:t>
      </w:r>
      <w:r w:rsidRPr="0018649A">
        <w:rPr>
          <w:lang w:val="it-IT"/>
        </w:rPr>
        <w:br/>
        <w:t xml:space="preserve">Compila il modulo con sincerità: le tue </w:t>
      </w:r>
      <w:r w:rsidRPr="0018649A">
        <w:rPr>
          <w:lang w:val="it-IT"/>
        </w:rPr>
        <w:t>risposte aiuteranno a comprendere se il gruppo è adatto alle tue esigenze in questo momento del percorso.</w:t>
      </w:r>
    </w:p>
    <w:p w14:paraId="0ECF5CCB" w14:textId="77777777" w:rsidR="00DC2436" w:rsidRPr="0018649A" w:rsidRDefault="00F40994">
      <w:pPr>
        <w:rPr>
          <w:lang w:val="it-IT"/>
        </w:rPr>
      </w:pPr>
      <w:r w:rsidRPr="0018649A">
        <w:rPr>
          <w:b/>
          <w:color w:val="004D1A"/>
          <w:sz w:val="26"/>
          <w:lang w:val="it-IT"/>
        </w:rPr>
        <w:t>DATI PERSONALI</w:t>
      </w:r>
    </w:p>
    <w:p w14:paraId="44278EBF" w14:textId="77777777" w:rsidR="00DC2436" w:rsidRPr="0018649A" w:rsidRDefault="00F40994" w:rsidP="0018649A">
      <w:pPr>
        <w:pStyle w:val="Numeroelenco"/>
        <w:numPr>
          <w:ilvl w:val="0"/>
          <w:numId w:val="0"/>
        </w:numPr>
        <w:ind w:left="360"/>
        <w:rPr>
          <w:lang w:val="it-IT"/>
        </w:rPr>
      </w:pPr>
      <w:r w:rsidRPr="0018649A">
        <w:rPr>
          <w:lang w:val="it-IT"/>
        </w:rPr>
        <w:t>1. Nome e Cognome:</w:t>
      </w:r>
    </w:p>
    <w:p w14:paraId="3C9C0C4E" w14:textId="77777777" w:rsidR="00DC2436" w:rsidRDefault="00F40994" w:rsidP="0018649A">
      <w:pPr>
        <w:pStyle w:val="Numeroelenco"/>
        <w:numPr>
          <w:ilvl w:val="0"/>
          <w:numId w:val="0"/>
        </w:numPr>
        <w:ind w:left="360"/>
      </w:pPr>
      <w:r>
        <w:t>2. Età:</w:t>
      </w:r>
    </w:p>
    <w:p w14:paraId="4990DAC9" w14:textId="77777777" w:rsidR="00DC2436" w:rsidRDefault="00F40994" w:rsidP="0018649A">
      <w:pPr>
        <w:pStyle w:val="Numeroelenco"/>
        <w:numPr>
          <w:ilvl w:val="0"/>
          <w:numId w:val="0"/>
        </w:numPr>
        <w:ind w:left="360"/>
      </w:pPr>
      <w:r>
        <w:t>3. Città di residenza:</w:t>
      </w:r>
    </w:p>
    <w:p w14:paraId="552631AD" w14:textId="77777777" w:rsidR="00DC2436" w:rsidRDefault="00F40994" w:rsidP="0018649A">
      <w:pPr>
        <w:pStyle w:val="Numeroelenco"/>
        <w:numPr>
          <w:ilvl w:val="0"/>
          <w:numId w:val="0"/>
        </w:numPr>
        <w:ind w:left="360"/>
      </w:pPr>
      <w:r>
        <w:t>4. Professione:</w:t>
      </w:r>
    </w:p>
    <w:p w14:paraId="354C9FD3" w14:textId="77777777" w:rsidR="00DC2436" w:rsidRDefault="00F40994" w:rsidP="0018649A">
      <w:pPr>
        <w:pStyle w:val="Numeroelenco"/>
        <w:numPr>
          <w:ilvl w:val="0"/>
          <w:numId w:val="0"/>
        </w:numPr>
        <w:ind w:left="360"/>
      </w:pPr>
      <w:r>
        <w:t>5. Numero di telefono:</w:t>
      </w:r>
    </w:p>
    <w:p w14:paraId="579C43A8" w14:textId="77777777" w:rsidR="00DC2436" w:rsidRDefault="00F40994" w:rsidP="0018649A">
      <w:pPr>
        <w:pStyle w:val="Numeroelenco"/>
        <w:numPr>
          <w:ilvl w:val="0"/>
          <w:numId w:val="0"/>
        </w:numPr>
        <w:ind w:left="360"/>
      </w:pPr>
      <w:r>
        <w:t>6. E-mail:</w:t>
      </w:r>
    </w:p>
    <w:p w14:paraId="20DC745A" w14:textId="77777777" w:rsidR="00DC2436" w:rsidRDefault="00F40994">
      <w:r>
        <w:rPr>
          <w:b/>
          <w:color w:val="004D1A"/>
          <w:sz w:val="26"/>
        </w:rPr>
        <w:t>MOTIVAZIONE E PERCORSO PERSONALE</w:t>
      </w:r>
    </w:p>
    <w:p w14:paraId="44685EE3" w14:textId="77777777" w:rsidR="00DC2436" w:rsidRDefault="00F40994" w:rsidP="0018649A">
      <w:pPr>
        <w:pStyle w:val="Numeroelenco"/>
        <w:numPr>
          <w:ilvl w:val="0"/>
          <w:numId w:val="0"/>
        </w:numPr>
        <w:ind w:left="360"/>
      </w:pPr>
      <w:r w:rsidRPr="0018649A">
        <w:rPr>
          <w:lang w:val="it-IT"/>
        </w:rPr>
        <w:t>7.</w:t>
      </w:r>
      <w:r w:rsidRPr="0018649A">
        <w:rPr>
          <w:lang w:val="it-IT"/>
        </w:rPr>
        <w:t xml:space="preserve"> Come hai saputo del gruppo? </w:t>
      </w:r>
      <w:r>
        <w:t xml:space="preserve">(Instagram / </w:t>
      </w:r>
      <w:proofErr w:type="spellStart"/>
      <w:r>
        <w:t>sito</w:t>
      </w:r>
      <w:proofErr w:type="spellEnd"/>
      <w:r>
        <w:t xml:space="preserve"> / passaparola / altro)</w:t>
      </w:r>
    </w:p>
    <w:p w14:paraId="730CFB29" w14:textId="77777777" w:rsidR="00DC2436" w:rsidRPr="0018649A" w:rsidRDefault="00F40994" w:rsidP="0018649A">
      <w:pPr>
        <w:pStyle w:val="Numeroelenco"/>
        <w:numPr>
          <w:ilvl w:val="0"/>
          <w:numId w:val="0"/>
        </w:numPr>
        <w:ind w:left="360"/>
        <w:rPr>
          <w:lang w:val="it-IT"/>
        </w:rPr>
      </w:pPr>
      <w:r w:rsidRPr="0018649A">
        <w:rPr>
          <w:lang w:val="it-IT"/>
        </w:rPr>
        <w:t>8. Cosa ti ha spinto a candidarti per questo percorso di gruppo?</w:t>
      </w:r>
    </w:p>
    <w:p w14:paraId="540C45C9" w14:textId="77777777" w:rsidR="00DC2436" w:rsidRDefault="00F40994" w:rsidP="0018649A">
      <w:pPr>
        <w:pStyle w:val="Numeroelenco"/>
        <w:numPr>
          <w:ilvl w:val="0"/>
          <w:numId w:val="0"/>
        </w:numPr>
        <w:ind w:left="360"/>
      </w:pPr>
      <w:r w:rsidRPr="0018649A">
        <w:rPr>
          <w:lang w:val="it-IT"/>
        </w:rPr>
        <w:t xml:space="preserve">9. Hai già avuto esperienze di terapia (individuale o di gruppo)? </w:t>
      </w:r>
      <w:r>
        <w:t xml:space="preserve">Se </w:t>
      </w:r>
      <w:proofErr w:type="spellStart"/>
      <w:r>
        <w:t>sì</w:t>
      </w:r>
      <w:proofErr w:type="spellEnd"/>
      <w:r>
        <w:t xml:space="preserve">, in </w:t>
      </w:r>
      <w:proofErr w:type="spellStart"/>
      <w:r>
        <w:t>che</w:t>
      </w:r>
      <w:proofErr w:type="spellEnd"/>
      <w:r>
        <w:t xml:space="preserve"> modo ti hanno aiutato?</w:t>
      </w:r>
    </w:p>
    <w:p w14:paraId="75DE0D74" w14:textId="77777777" w:rsidR="00DC2436" w:rsidRPr="0018649A" w:rsidRDefault="00F40994" w:rsidP="0018649A">
      <w:pPr>
        <w:pStyle w:val="Numeroelenco"/>
        <w:numPr>
          <w:ilvl w:val="0"/>
          <w:numId w:val="0"/>
        </w:numPr>
        <w:ind w:left="360"/>
        <w:rPr>
          <w:lang w:val="it-IT"/>
        </w:rPr>
      </w:pPr>
      <w:r w:rsidRPr="0018649A">
        <w:rPr>
          <w:lang w:val="it-IT"/>
        </w:rPr>
        <w:t>10. Ti senti attua</w:t>
      </w:r>
      <w:r w:rsidRPr="0018649A">
        <w:rPr>
          <w:lang w:val="it-IT"/>
        </w:rPr>
        <w:t>lmente coinvolto/a o in fase di distacco da una relazione tossica o narcisistica?</w:t>
      </w:r>
    </w:p>
    <w:p w14:paraId="62B70862" w14:textId="77777777" w:rsidR="00DC2436" w:rsidRPr="0018649A" w:rsidRDefault="00F40994" w:rsidP="0018649A">
      <w:pPr>
        <w:pStyle w:val="Numeroelenco"/>
        <w:numPr>
          <w:ilvl w:val="0"/>
          <w:numId w:val="0"/>
        </w:numPr>
        <w:ind w:left="360"/>
        <w:rPr>
          <w:lang w:val="it-IT"/>
        </w:rPr>
      </w:pPr>
      <w:r w:rsidRPr="0018649A">
        <w:rPr>
          <w:lang w:val="it-IT"/>
        </w:rPr>
        <w:t>11. Quali sono le difficoltà principali che stai vivendo in questo momento?</w:t>
      </w:r>
    </w:p>
    <w:p w14:paraId="22C99183" w14:textId="77777777" w:rsidR="00DC2436" w:rsidRPr="0018649A" w:rsidRDefault="00F40994" w:rsidP="0018649A">
      <w:pPr>
        <w:pStyle w:val="Numeroelenco"/>
        <w:numPr>
          <w:ilvl w:val="0"/>
          <w:numId w:val="0"/>
        </w:numPr>
        <w:ind w:left="360"/>
        <w:rPr>
          <w:lang w:val="it-IT"/>
        </w:rPr>
      </w:pPr>
      <w:r w:rsidRPr="0018649A">
        <w:rPr>
          <w:lang w:val="it-IT"/>
        </w:rPr>
        <w:t>12. Cosa ti piacerebbe ottenere o imparare partecipando al gruppo?</w:t>
      </w:r>
    </w:p>
    <w:p w14:paraId="29E0165F" w14:textId="77777777" w:rsidR="00DC2436" w:rsidRDefault="00F40994">
      <w:r>
        <w:rPr>
          <w:b/>
          <w:color w:val="004D1A"/>
          <w:sz w:val="26"/>
        </w:rPr>
        <w:t>ASPETTI PRATICI E DISPONIBILITÀ</w:t>
      </w:r>
    </w:p>
    <w:p w14:paraId="14C714CE" w14:textId="77777777" w:rsidR="00DC2436" w:rsidRDefault="00F40994" w:rsidP="0018649A">
      <w:pPr>
        <w:pStyle w:val="Numeroelenco"/>
        <w:numPr>
          <w:ilvl w:val="0"/>
          <w:numId w:val="0"/>
        </w:numPr>
        <w:ind w:left="360"/>
      </w:pPr>
      <w:r w:rsidRPr="0018649A">
        <w:rPr>
          <w:lang w:val="it-IT"/>
        </w:rPr>
        <w:t xml:space="preserve">13. Sei disponibile a partecipare agli incontri online con cadenza ogni due settimane (sabato mattina)?  </w:t>
      </w:r>
      <w:r>
        <w:t xml:space="preserve">□ </w:t>
      </w:r>
      <w:proofErr w:type="spellStart"/>
      <w:r>
        <w:t>Sì</w:t>
      </w:r>
      <w:proofErr w:type="spellEnd"/>
      <w:r>
        <w:t xml:space="preserve">   □ No   □ Da valutare</w:t>
      </w:r>
    </w:p>
    <w:p w14:paraId="3475D198" w14:textId="77777777" w:rsidR="00DC2436" w:rsidRDefault="00F40994" w:rsidP="0018649A">
      <w:pPr>
        <w:pStyle w:val="Numeroelenco"/>
        <w:numPr>
          <w:ilvl w:val="0"/>
          <w:numId w:val="0"/>
        </w:numPr>
        <w:ind w:left="360"/>
      </w:pPr>
      <w:r w:rsidRPr="0018649A">
        <w:rPr>
          <w:lang w:val="it-IT"/>
        </w:rPr>
        <w:t xml:space="preserve">14. Ti senti a tuo agio a condividere in un gruppo esperienze personali?  </w:t>
      </w:r>
      <w:r>
        <w:t xml:space="preserve">□ </w:t>
      </w:r>
      <w:proofErr w:type="spellStart"/>
      <w:r>
        <w:t>Sì</w:t>
      </w:r>
      <w:proofErr w:type="spellEnd"/>
      <w:r>
        <w:t xml:space="preserve">   □ In parte   □ No, ma vorrei imparare</w:t>
      </w:r>
    </w:p>
    <w:p w14:paraId="26F674E2" w14:textId="77777777" w:rsidR="00DC2436" w:rsidRDefault="00F40994">
      <w:r>
        <w:rPr>
          <w:b/>
          <w:color w:val="004D1A"/>
          <w:sz w:val="26"/>
        </w:rPr>
        <w:t>CON</w:t>
      </w:r>
      <w:r>
        <w:rPr>
          <w:b/>
          <w:color w:val="004D1A"/>
          <w:sz w:val="26"/>
        </w:rPr>
        <w:t>SENSO</w:t>
      </w:r>
    </w:p>
    <w:p w14:paraId="57EED293" w14:textId="77777777" w:rsidR="00DC2436" w:rsidRPr="0018649A" w:rsidRDefault="00F40994">
      <w:pPr>
        <w:rPr>
          <w:lang w:val="it-IT"/>
        </w:rPr>
      </w:pPr>
      <w:r w:rsidRPr="0018649A">
        <w:rPr>
          <w:lang w:val="it-IT"/>
        </w:rPr>
        <w:t>Le informazioni fornite saranno trattate nel pieno rispetto della privacy (Reg. UE 2016/679) e utilizzate esclusivamente per la valutazione della candidatura al gruppo terapeutico.</w:t>
      </w:r>
      <w:r w:rsidRPr="0018649A">
        <w:rPr>
          <w:lang w:val="it-IT"/>
        </w:rPr>
        <w:br/>
      </w:r>
      <w:r w:rsidRPr="0018649A">
        <w:rPr>
          <w:lang w:val="it-IT"/>
        </w:rPr>
        <w:lastRenderedPageBreak/>
        <w:br/>
        <w:t>□ Autorizzo il trattamento dei miei dati personali per le finalità s</w:t>
      </w:r>
      <w:r w:rsidRPr="0018649A">
        <w:rPr>
          <w:lang w:val="it-IT"/>
        </w:rPr>
        <w:t>opra indicate.</w:t>
      </w:r>
    </w:p>
    <w:p w14:paraId="00112E65" w14:textId="77777777" w:rsidR="00DC2436" w:rsidRPr="0018649A" w:rsidRDefault="00F40994">
      <w:pPr>
        <w:rPr>
          <w:lang w:val="it-IT"/>
        </w:rPr>
      </w:pPr>
      <w:r w:rsidRPr="0018649A">
        <w:rPr>
          <w:lang w:val="it-IT"/>
        </w:rPr>
        <w:t>Grazie per la tua candidatura.</w:t>
      </w:r>
    </w:p>
    <w:sectPr w:rsidR="00DC2436" w:rsidRPr="0018649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8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8649A"/>
    <w:rsid w:val="0029639D"/>
    <w:rsid w:val="00326F90"/>
    <w:rsid w:val="00AA1D8D"/>
    <w:rsid w:val="00B47730"/>
    <w:rsid w:val="00CB0664"/>
    <w:rsid w:val="00DC2436"/>
    <w:rsid w:val="00F4099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ED0C48"/>
  <w14:defaultImageDpi w14:val="300"/>
  <w15:docId w15:val="{4A190133-7718-4446-8C78-5C81926BC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Angela Todaro</cp:lastModifiedBy>
  <cp:revision>2</cp:revision>
  <dcterms:created xsi:type="dcterms:W3CDTF">2025-10-05T14:55:00Z</dcterms:created>
  <dcterms:modified xsi:type="dcterms:W3CDTF">2025-10-05T14:55:00Z</dcterms:modified>
  <cp:category/>
</cp:coreProperties>
</file>